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6DF2A" w14:textId="77777777" w:rsidR="00E0662C" w:rsidRPr="00103EA9" w:rsidRDefault="00E0662C" w:rsidP="00103EA9">
      <w:pPr>
        <w:rPr>
          <w:rFonts w:cs="Times New Roman"/>
          <w:lang w:val="pl-PL"/>
        </w:rPr>
      </w:pPr>
    </w:p>
    <w:p w14:paraId="24985183" w14:textId="77777777" w:rsidR="00B03B97" w:rsidRPr="00054470" w:rsidRDefault="00B03B97" w:rsidP="00B03B97">
      <w:pPr>
        <w:jc w:val="center"/>
        <w:rPr>
          <w:rFonts w:cs="Times New Roman"/>
          <w:b/>
          <w:bCs/>
          <w:lang w:val="pl-PL"/>
        </w:rPr>
      </w:pPr>
      <w:r w:rsidRPr="00054470">
        <w:rPr>
          <w:rFonts w:cs="Times New Roman"/>
          <w:b/>
          <w:bCs/>
          <w:lang w:val="pl-PL"/>
        </w:rPr>
        <w:t xml:space="preserve">WZÓR WNIOSKU </w:t>
      </w:r>
    </w:p>
    <w:p w14:paraId="027BD421" w14:textId="77777777" w:rsidR="00B03B97" w:rsidRPr="00054470" w:rsidRDefault="00B03B97" w:rsidP="00B03B97">
      <w:pPr>
        <w:pStyle w:val="Tekstpodstawowy"/>
        <w:spacing w:before="9"/>
        <w:rPr>
          <w:b/>
          <w:i/>
          <w:sz w:val="15"/>
          <w:lang w:val="pl-PL"/>
        </w:rPr>
      </w:pPr>
    </w:p>
    <w:p w14:paraId="638598AE" w14:textId="09C9BA63" w:rsidR="00B03B97" w:rsidRPr="00054470" w:rsidRDefault="00B03B97" w:rsidP="00C93E9A">
      <w:pPr>
        <w:pStyle w:val="Tekstpodstawowy"/>
        <w:tabs>
          <w:tab w:val="left" w:pos="7517"/>
        </w:tabs>
        <w:spacing w:after="0" w:line="240" w:lineRule="auto"/>
        <w:ind w:left="856"/>
        <w:jc w:val="right"/>
        <w:rPr>
          <w:lang w:val="pl-PL"/>
        </w:rPr>
      </w:pPr>
      <w:r w:rsidRPr="00054470">
        <w:rPr>
          <w:lang w:val="pl-PL"/>
        </w:rPr>
        <w:t xml:space="preserve">                     …………………………….</w:t>
      </w:r>
    </w:p>
    <w:p w14:paraId="3242B651" w14:textId="77777777" w:rsidR="008E7E09" w:rsidRPr="00054470" w:rsidRDefault="008E7E09" w:rsidP="00C93E9A">
      <w:pPr>
        <w:pStyle w:val="Tekstpodstawowy"/>
        <w:tabs>
          <w:tab w:val="left" w:pos="7517"/>
        </w:tabs>
        <w:spacing w:after="0" w:line="240" w:lineRule="auto"/>
        <w:ind w:left="856"/>
        <w:rPr>
          <w:lang w:val="pl-PL"/>
        </w:rPr>
      </w:pPr>
      <w:r w:rsidRPr="00054470">
        <w:rPr>
          <w:vertAlign w:val="superscript"/>
          <w:lang w:val="pl-PL"/>
        </w:rPr>
        <w:tab/>
      </w:r>
      <w:r w:rsidR="00B03B97" w:rsidRPr="00054470">
        <w:rPr>
          <w:vertAlign w:val="superscript"/>
          <w:lang w:val="pl-PL"/>
        </w:rPr>
        <w:t>miejscowość, data</w:t>
      </w:r>
    </w:p>
    <w:p w14:paraId="0B64D272" w14:textId="587C43D2" w:rsidR="00B03B97" w:rsidRPr="00054470" w:rsidRDefault="008E7E09" w:rsidP="00C93E9A">
      <w:pPr>
        <w:pStyle w:val="Tekstpodstawowy"/>
        <w:tabs>
          <w:tab w:val="left" w:pos="7517"/>
        </w:tabs>
        <w:spacing w:after="0" w:line="240" w:lineRule="auto"/>
        <w:rPr>
          <w:lang w:val="pl-PL"/>
        </w:rPr>
      </w:pPr>
      <w:r w:rsidRPr="00054470">
        <w:rPr>
          <w:lang w:val="pl-PL"/>
        </w:rPr>
        <w:t>Imię i nazwisko: ……………………………..</w:t>
      </w:r>
      <w:r w:rsidRPr="00054470">
        <w:rPr>
          <w:lang w:val="pl-PL"/>
        </w:rPr>
        <w:br/>
      </w:r>
      <w:r w:rsidR="00B03B97" w:rsidRPr="00054470">
        <w:rPr>
          <w:lang w:val="pl-PL"/>
        </w:rPr>
        <w:t>kierunek studiów: ………………………</w:t>
      </w:r>
      <w:r w:rsidRPr="00054470">
        <w:rPr>
          <w:lang w:val="pl-PL"/>
        </w:rPr>
        <w:t>…….</w:t>
      </w:r>
      <w:r w:rsidRPr="00054470">
        <w:rPr>
          <w:lang w:val="pl-PL"/>
        </w:rPr>
        <w:br/>
        <w:t>r</w:t>
      </w:r>
      <w:r w:rsidR="00B03B97" w:rsidRPr="00054470">
        <w:rPr>
          <w:lang w:val="pl-PL"/>
        </w:rPr>
        <w:t>ok/semestr: …………………………………</w:t>
      </w:r>
      <w:r w:rsidRPr="00054470">
        <w:rPr>
          <w:lang w:val="pl-PL"/>
        </w:rPr>
        <w:t>..</w:t>
      </w:r>
      <w:r w:rsidRPr="00054470">
        <w:rPr>
          <w:lang w:val="pl-PL"/>
        </w:rPr>
        <w:br/>
      </w:r>
      <w:r w:rsidR="00B03B97" w:rsidRPr="00054470">
        <w:rPr>
          <w:lang w:val="pl-PL"/>
        </w:rPr>
        <w:t>nr</w:t>
      </w:r>
      <w:r w:rsidR="00B03B97" w:rsidRPr="00054470">
        <w:rPr>
          <w:spacing w:val="-2"/>
          <w:lang w:val="pl-PL"/>
        </w:rPr>
        <w:t xml:space="preserve"> </w:t>
      </w:r>
      <w:r w:rsidR="00B03B97" w:rsidRPr="00054470">
        <w:rPr>
          <w:lang w:val="pl-PL"/>
        </w:rPr>
        <w:t>albumu ………………………………</w:t>
      </w:r>
      <w:r w:rsidRPr="00054470">
        <w:rPr>
          <w:lang w:val="pl-PL"/>
        </w:rPr>
        <w:t>……..</w:t>
      </w:r>
      <w:r w:rsidR="00B03B97" w:rsidRPr="00054470">
        <w:rPr>
          <w:lang w:val="pl-PL"/>
        </w:rPr>
        <w:tab/>
      </w:r>
    </w:p>
    <w:p w14:paraId="6A698D21" w14:textId="77777777" w:rsidR="00C93E9A" w:rsidRDefault="00C93E9A" w:rsidP="00C93E9A">
      <w:pPr>
        <w:pStyle w:val="Tekstpodstawowy"/>
        <w:tabs>
          <w:tab w:val="left" w:pos="5812"/>
        </w:tabs>
        <w:spacing w:after="0" w:line="240" w:lineRule="auto"/>
        <w:ind w:left="4248"/>
        <w:jc w:val="both"/>
        <w:rPr>
          <w:b/>
          <w:lang w:val="pl-PL"/>
        </w:rPr>
      </w:pPr>
    </w:p>
    <w:p w14:paraId="35EA0AE0" w14:textId="5C1345CC" w:rsidR="00B03B97" w:rsidRPr="00054470" w:rsidRDefault="00B03B97" w:rsidP="00C93E9A">
      <w:pPr>
        <w:pStyle w:val="Tekstpodstawowy"/>
        <w:tabs>
          <w:tab w:val="left" w:pos="5812"/>
        </w:tabs>
        <w:spacing w:after="0" w:line="240" w:lineRule="auto"/>
        <w:ind w:left="4248"/>
        <w:jc w:val="both"/>
        <w:rPr>
          <w:b/>
          <w:lang w:val="pl-PL"/>
        </w:rPr>
      </w:pPr>
      <w:r w:rsidRPr="00054470">
        <w:rPr>
          <w:b/>
          <w:lang w:val="pl-PL"/>
        </w:rPr>
        <w:t>Szanowny Pan Dyrektor</w:t>
      </w:r>
    </w:p>
    <w:p w14:paraId="6EAFF456" w14:textId="77777777" w:rsidR="00B03B97" w:rsidRPr="00054470" w:rsidRDefault="00B03B97" w:rsidP="00C93E9A">
      <w:pPr>
        <w:pStyle w:val="Tekstpodstawowy"/>
        <w:tabs>
          <w:tab w:val="left" w:pos="5812"/>
        </w:tabs>
        <w:spacing w:after="0" w:line="240" w:lineRule="auto"/>
        <w:ind w:left="4248"/>
        <w:jc w:val="both"/>
        <w:rPr>
          <w:b/>
          <w:lang w:val="pl-PL"/>
        </w:rPr>
      </w:pPr>
      <w:r w:rsidRPr="00054470">
        <w:rPr>
          <w:b/>
          <w:lang w:val="pl-PL"/>
        </w:rPr>
        <w:t>Dr Marcin Radziłowicz</w:t>
      </w:r>
    </w:p>
    <w:p w14:paraId="6F3D7396" w14:textId="77777777" w:rsidR="00B03B97" w:rsidRPr="00054470" w:rsidRDefault="00B03B97" w:rsidP="00C93E9A">
      <w:pPr>
        <w:pStyle w:val="Tekstpodstawowy"/>
        <w:tabs>
          <w:tab w:val="left" w:pos="5812"/>
        </w:tabs>
        <w:spacing w:after="0" w:line="240" w:lineRule="auto"/>
        <w:ind w:left="4248"/>
        <w:jc w:val="both"/>
        <w:rPr>
          <w:bCs/>
          <w:lang w:val="pl-PL"/>
        </w:rPr>
      </w:pPr>
      <w:r w:rsidRPr="00054470">
        <w:rPr>
          <w:bCs/>
          <w:lang w:val="pl-PL"/>
        </w:rPr>
        <w:t>Uniwersytet Warmińsko-Mazurski w Olsztynie</w:t>
      </w:r>
    </w:p>
    <w:p w14:paraId="23883482" w14:textId="77777777" w:rsidR="00B03B97" w:rsidRPr="00054470" w:rsidRDefault="00B03B97" w:rsidP="00C93E9A">
      <w:pPr>
        <w:pStyle w:val="Tekstpodstawowy"/>
        <w:spacing w:after="0" w:line="240" w:lineRule="auto"/>
        <w:ind w:left="4248"/>
        <w:rPr>
          <w:bCs/>
          <w:lang w:val="pl-PL"/>
        </w:rPr>
      </w:pPr>
      <w:r w:rsidRPr="00054470">
        <w:rPr>
          <w:bCs/>
          <w:lang w:val="pl-PL"/>
        </w:rPr>
        <w:t xml:space="preserve">Filia w Ełku </w:t>
      </w:r>
    </w:p>
    <w:p w14:paraId="01B89EC0" w14:textId="77777777" w:rsidR="00B03B97" w:rsidRDefault="00B03B97" w:rsidP="00C93E9A">
      <w:pPr>
        <w:pStyle w:val="Tekstpodstawowy"/>
        <w:spacing w:after="0" w:line="360" w:lineRule="auto"/>
        <w:rPr>
          <w:lang w:val="pl-PL"/>
        </w:rPr>
      </w:pPr>
    </w:p>
    <w:p w14:paraId="72333451" w14:textId="70626ACE" w:rsidR="00CA298D" w:rsidRDefault="00CA298D" w:rsidP="00CA298D">
      <w:pPr>
        <w:pStyle w:val="Tekstpodstawowy"/>
        <w:jc w:val="center"/>
        <w:rPr>
          <w:b/>
          <w:bCs/>
          <w:lang w:val="pl-PL"/>
        </w:rPr>
      </w:pPr>
      <w:r w:rsidRPr="00CA298D">
        <w:rPr>
          <w:b/>
          <w:bCs/>
          <w:lang w:val="pl-PL"/>
        </w:rPr>
        <w:t>Wniosek o przeniesienie i uznanie osiągnięć uzyskanych w toku studiów</w:t>
      </w:r>
    </w:p>
    <w:p w14:paraId="7F7B5979" w14:textId="77777777" w:rsidR="00CA298D" w:rsidRPr="00CA298D" w:rsidRDefault="00CA298D" w:rsidP="00CA298D">
      <w:pPr>
        <w:pStyle w:val="Tekstpodstawowy"/>
        <w:jc w:val="center"/>
        <w:rPr>
          <w:b/>
          <w:bCs/>
          <w:lang w:val="pl-PL"/>
        </w:rPr>
      </w:pPr>
    </w:p>
    <w:p w14:paraId="22AEDA48" w14:textId="1BA23741" w:rsidR="00B03B97" w:rsidRPr="00054470" w:rsidRDefault="00B03B97" w:rsidP="00B03B97">
      <w:pPr>
        <w:pStyle w:val="Tekstpodstawowy"/>
        <w:spacing w:line="360" w:lineRule="auto"/>
        <w:ind w:firstLine="708"/>
        <w:jc w:val="both"/>
        <w:rPr>
          <w:lang w:val="pl-PL"/>
        </w:rPr>
      </w:pPr>
      <w:r w:rsidRPr="00054470">
        <w:rPr>
          <w:lang w:val="pl-PL"/>
        </w:rPr>
        <w:t>Zwracam się z uprzejmą prośbą do Pana Dyrektora o przeniesienie osiągni</w:t>
      </w:r>
      <w:r w:rsidR="008062AF">
        <w:rPr>
          <w:lang w:val="pl-PL"/>
        </w:rPr>
        <w:t>ę</w:t>
      </w:r>
      <w:r w:rsidRPr="00054470">
        <w:rPr>
          <w:lang w:val="pl-PL"/>
        </w:rPr>
        <w:t>ć:</w:t>
      </w:r>
    </w:p>
    <w:tbl>
      <w:tblPr>
        <w:tblStyle w:val="Tabela-Siatka"/>
        <w:tblW w:w="9672" w:type="dxa"/>
        <w:tblInd w:w="-284" w:type="dxa"/>
        <w:tblLook w:val="04A0" w:firstRow="1" w:lastRow="0" w:firstColumn="1" w:lastColumn="0" w:noHBand="0" w:noVBand="1"/>
      </w:tblPr>
      <w:tblGrid>
        <w:gridCol w:w="2243"/>
        <w:gridCol w:w="3644"/>
        <w:gridCol w:w="3785"/>
      </w:tblGrid>
      <w:tr w:rsidR="00B03B97" w14:paraId="4A225934" w14:textId="77777777" w:rsidTr="008E7E09">
        <w:trPr>
          <w:trHeight w:val="852"/>
        </w:trPr>
        <w:tc>
          <w:tcPr>
            <w:tcW w:w="2243" w:type="dxa"/>
            <w:tcBorders>
              <w:top w:val="nil"/>
              <w:left w:val="nil"/>
            </w:tcBorders>
          </w:tcPr>
          <w:p w14:paraId="28F8CE48" w14:textId="77777777" w:rsidR="00B03B97" w:rsidRPr="00054470" w:rsidRDefault="00B03B97" w:rsidP="00B660D9">
            <w:pPr>
              <w:pStyle w:val="Tekstpodstawowy"/>
              <w:spacing w:line="360" w:lineRule="auto"/>
              <w:jc w:val="center"/>
              <w:rPr>
                <w:b/>
                <w:bCs/>
                <w:lang w:val="pl-PL"/>
              </w:rPr>
            </w:pPr>
          </w:p>
        </w:tc>
        <w:tc>
          <w:tcPr>
            <w:tcW w:w="3644" w:type="dxa"/>
          </w:tcPr>
          <w:p w14:paraId="6C0E6DA1" w14:textId="77777777" w:rsidR="00B03B97" w:rsidRPr="0032457B" w:rsidRDefault="00B03B97" w:rsidP="00B660D9">
            <w:pPr>
              <w:pStyle w:val="Tekstpodstawowy"/>
              <w:spacing w:line="360" w:lineRule="auto"/>
              <w:jc w:val="center"/>
              <w:rPr>
                <w:b/>
                <w:bCs/>
              </w:rPr>
            </w:pPr>
            <w:proofErr w:type="spellStart"/>
            <w:r w:rsidRPr="0032457B">
              <w:rPr>
                <w:b/>
                <w:bCs/>
              </w:rPr>
              <w:t>Uzyskane</w:t>
            </w:r>
            <w:proofErr w:type="spellEnd"/>
            <w:r w:rsidRPr="0032457B">
              <w:rPr>
                <w:b/>
                <w:bCs/>
              </w:rPr>
              <w:t xml:space="preserve"> </w:t>
            </w:r>
            <w:proofErr w:type="spellStart"/>
            <w:r w:rsidRPr="0032457B">
              <w:rPr>
                <w:b/>
                <w:bCs/>
              </w:rPr>
              <w:t>osiągnięcia</w:t>
            </w:r>
            <w:proofErr w:type="spellEnd"/>
            <w:r w:rsidRPr="0032457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32457B">
              <w:rPr>
                <w:b/>
                <w:bCs/>
              </w:rPr>
              <w:t xml:space="preserve">z </w:t>
            </w:r>
            <w:proofErr w:type="spellStart"/>
            <w:r w:rsidRPr="0032457B">
              <w:rPr>
                <w:b/>
                <w:bCs/>
              </w:rPr>
              <w:t>przedmiotu</w:t>
            </w:r>
            <w:proofErr w:type="spellEnd"/>
          </w:p>
        </w:tc>
        <w:tc>
          <w:tcPr>
            <w:tcW w:w="3785" w:type="dxa"/>
          </w:tcPr>
          <w:p w14:paraId="0090B2A7" w14:textId="46628F9A" w:rsidR="00B03B97" w:rsidRPr="0032457B" w:rsidRDefault="00B03B97" w:rsidP="00B660D9">
            <w:pPr>
              <w:pStyle w:val="Tekstpodstawowy"/>
              <w:spacing w:line="360" w:lineRule="auto"/>
              <w:jc w:val="center"/>
              <w:rPr>
                <w:b/>
                <w:bCs/>
              </w:rPr>
            </w:pPr>
            <w:proofErr w:type="spellStart"/>
            <w:r w:rsidRPr="0032457B">
              <w:rPr>
                <w:b/>
                <w:bCs/>
              </w:rPr>
              <w:t>Przenoszone</w:t>
            </w:r>
            <w:proofErr w:type="spellEnd"/>
            <w:r w:rsidRPr="0032457B">
              <w:rPr>
                <w:b/>
                <w:bCs/>
              </w:rPr>
              <w:t xml:space="preserve"> </w:t>
            </w:r>
            <w:proofErr w:type="spellStart"/>
            <w:r w:rsidRPr="0032457B">
              <w:rPr>
                <w:b/>
                <w:bCs/>
              </w:rPr>
              <w:t>osiągni</w:t>
            </w:r>
            <w:r w:rsidR="008062AF">
              <w:rPr>
                <w:b/>
                <w:bCs/>
              </w:rPr>
              <w:t>ę</w:t>
            </w:r>
            <w:r w:rsidRPr="0032457B">
              <w:rPr>
                <w:b/>
                <w:bCs/>
              </w:rPr>
              <w:t>cia</w:t>
            </w:r>
            <w:proofErr w:type="spellEnd"/>
            <w:r w:rsidRPr="0032457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proofErr w:type="spellStart"/>
            <w:r w:rsidRPr="0032457B">
              <w:rPr>
                <w:b/>
                <w:bCs/>
              </w:rPr>
              <w:t>na</w:t>
            </w:r>
            <w:proofErr w:type="spellEnd"/>
            <w:r w:rsidRPr="0032457B">
              <w:rPr>
                <w:b/>
                <w:bCs/>
              </w:rPr>
              <w:t xml:space="preserve"> </w:t>
            </w:r>
            <w:proofErr w:type="spellStart"/>
            <w:r w:rsidRPr="0032457B">
              <w:rPr>
                <w:b/>
                <w:bCs/>
              </w:rPr>
              <w:t>przedmiot</w:t>
            </w:r>
            <w:proofErr w:type="spellEnd"/>
          </w:p>
        </w:tc>
      </w:tr>
      <w:tr w:rsidR="00B03B97" w14:paraId="2C2D6961" w14:textId="77777777" w:rsidTr="008E7E09">
        <w:trPr>
          <w:trHeight w:val="485"/>
        </w:trPr>
        <w:tc>
          <w:tcPr>
            <w:tcW w:w="2243" w:type="dxa"/>
          </w:tcPr>
          <w:p w14:paraId="22C50400" w14:textId="77777777" w:rsidR="00B03B97" w:rsidRPr="0032457B" w:rsidRDefault="00B03B97" w:rsidP="00B660D9">
            <w:pPr>
              <w:pStyle w:val="Tekstpodstawowy"/>
              <w:spacing w:line="360" w:lineRule="auto"/>
              <w:jc w:val="both"/>
              <w:rPr>
                <w:b/>
                <w:bCs/>
              </w:rPr>
            </w:pPr>
            <w:r w:rsidRPr="0032457B">
              <w:rPr>
                <w:b/>
                <w:bCs/>
              </w:rPr>
              <w:t xml:space="preserve">Nazwa </w:t>
            </w:r>
            <w:proofErr w:type="spellStart"/>
            <w:r w:rsidRPr="0032457B">
              <w:rPr>
                <w:b/>
                <w:bCs/>
              </w:rPr>
              <w:t>przedmiotu</w:t>
            </w:r>
            <w:proofErr w:type="spellEnd"/>
          </w:p>
        </w:tc>
        <w:tc>
          <w:tcPr>
            <w:tcW w:w="3644" w:type="dxa"/>
          </w:tcPr>
          <w:p w14:paraId="7B372659" w14:textId="77777777" w:rsidR="00B03B97" w:rsidRDefault="00B03B97" w:rsidP="00B660D9">
            <w:pPr>
              <w:pStyle w:val="Tekstpodstawowy"/>
              <w:spacing w:line="360" w:lineRule="auto"/>
              <w:jc w:val="both"/>
            </w:pPr>
          </w:p>
        </w:tc>
        <w:tc>
          <w:tcPr>
            <w:tcW w:w="3785" w:type="dxa"/>
          </w:tcPr>
          <w:p w14:paraId="0DC726EF" w14:textId="77777777" w:rsidR="00B03B97" w:rsidRDefault="00B03B97" w:rsidP="00B660D9">
            <w:pPr>
              <w:pStyle w:val="Tekstpodstawowy"/>
              <w:spacing w:line="360" w:lineRule="auto"/>
              <w:jc w:val="both"/>
            </w:pPr>
          </w:p>
        </w:tc>
      </w:tr>
      <w:tr w:rsidR="00B03B97" w14:paraId="0F149837" w14:textId="77777777" w:rsidTr="008E7E09">
        <w:trPr>
          <w:trHeight w:val="485"/>
        </w:trPr>
        <w:tc>
          <w:tcPr>
            <w:tcW w:w="2243" w:type="dxa"/>
          </w:tcPr>
          <w:p w14:paraId="65307DCF" w14:textId="77777777" w:rsidR="00B03B97" w:rsidRPr="0032457B" w:rsidRDefault="00B03B97" w:rsidP="00B660D9">
            <w:pPr>
              <w:pStyle w:val="Tekstpodstawowy"/>
              <w:spacing w:line="360" w:lineRule="auto"/>
              <w:jc w:val="both"/>
              <w:rPr>
                <w:b/>
                <w:bCs/>
              </w:rPr>
            </w:pPr>
            <w:proofErr w:type="spellStart"/>
            <w:r w:rsidRPr="0032457B">
              <w:rPr>
                <w:b/>
                <w:bCs/>
              </w:rPr>
              <w:t>Kierunek</w:t>
            </w:r>
            <w:proofErr w:type="spellEnd"/>
            <w:r w:rsidRPr="0032457B">
              <w:rPr>
                <w:b/>
                <w:bCs/>
              </w:rPr>
              <w:t xml:space="preserve"> </w:t>
            </w:r>
          </w:p>
        </w:tc>
        <w:tc>
          <w:tcPr>
            <w:tcW w:w="3644" w:type="dxa"/>
          </w:tcPr>
          <w:p w14:paraId="10576AA9" w14:textId="77777777" w:rsidR="00B03B97" w:rsidRDefault="00B03B97" w:rsidP="00B660D9">
            <w:pPr>
              <w:pStyle w:val="Tekstpodstawowy"/>
              <w:spacing w:line="360" w:lineRule="auto"/>
              <w:jc w:val="both"/>
            </w:pPr>
          </w:p>
        </w:tc>
        <w:tc>
          <w:tcPr>
            <w:tcW w:w="3785" w:type="dxa"/>
          </w:tcPr>
          <w:p w14:paraId="04A37D8F" w14:textId="77777777" w:rsidR="00B03B97" w:rsidRDefault="00B03B97" w:rsidP="00B660D9">
            <w:pPr>
              <w:pStyle w:val="Tekstpodstawowy"/>
              <w:spacing w:line="360" w:lineRule="auto"/>
              <w:jc w:val="both"/>
            </w:pPr>
          </w:p>
        </w:tc>
      </w:tr>
      <w:tr w:rsidR="00B03B97" w14:paraId="3385F896" w14:textId="77777777" w:rsidTr="008E7E09">
        <w:trPr>
          <w:trHeight w:val="485"/>
        </w:trPr>
        <w:tc>
          <w:tcPr>
            <w:tcW w:w="2243" w:type="dxa"/>
          </w:tcPr>
          <w:p w14:paraId="2420317A" w14:textId="77777777" w:rsidR="00B03B97" w:rsidRPr="0032457B" w:rsidRDefault="00B03B97" w:rsidP="00B660D9">
            <w:pPr>
              <w:pStyle w:val="Tekstpodstawowy"/>
              <w:spacing w:line="360" w:lineRule="auto"/>
              <w:jc w:val="both"/>
              <w:rPr>
                <w:b/>
                <w:bCs/>
              </w:rPr>
            </w:pPr>
            <w:r w:rsidRPr="0032457B">
              <w:rPr>
                <w:b/>
                <w:bCs/>
              </w:rPr>
              <w:t xml:space="preserve">Nazwa </w:t>
            </w:r>
            <w:proofErr w:type="spellStart"/>
            <w:r w:rsidRPr="0032457B">
              <w:rPr>
                <w:b/>
                <w:bCs/>
              </w:rPr>
              <w:t>uczelni</w:t>
            </w:r>
            <w:proofErr w:type="spellEnd"/>
          </w:p>
        </w:tc>
        <w:tc>
          <w:tcPr>
            <w:tcW w:w="3644" w:type="dxa"/>
          </w:tcPr>
          <w:p w14:paraId="0216D158" w14:textId="77777777" w:rsidR="00B03B97" w:rsidRDefault="00B03B97" w:rsidP="00B660D9">
            <w:pPr>
              <w:pStyle w:val="Tekstpodstawowy"/>
              <w:spacing w:line="360" w:lineRule="auto"/>
              <w:jc w:val="both"/>
            </w:pPr>
          </w:p>
        </w:tc>
        <w:tc>
          <w:tcPr>
            <w:tcW w:w="3785" w:type="dxa"/>
          </w:tcPr>
          <w:p w14:paraId="4069BD0A" w14:textId="77777777" w:rsidR="00B03B97" w:rsidRDefault="00B03B97" w:rsidP="00B660D9">
            <w:pPr>
              <w:pStyle w:val="Tekstpodstawowy"/>
              <w:spacing w:line="360" w:lineRule="auto"/>
              <w:jc w:val="both"/>
            </w:pPr>
          </w:p>
        </w:tc>
      </w:tr>
      <w:tr w:rsidR="00B03B97" w14:paraId="08F02407" w14:textId="77777777" w:rsidTr="008E7E09">
        <w:trPr>
          <w:trHeight w:val="485"/>
        </w:trPr>
        <w:tc>
          <w:tcPr>
            <w:tcW w:w="2243" w:type="dxa"/>
          </w:tcPr>
          <w:p w14:paraId="359E55B4" w14:textId="77777777" w:rsidR="00B03B97" w:rsidRPr="0032457B" w:rsidRDefault="00B03B97" w:rsidP="00B660D9">
            <w:pPr>
              <w:pStyle w:val="Tekstpodstawowy"/>
              <w:spacing w:line="360" w:lineRule="auto"/>
              <w:jc w:val="both"/>
              <w:rPr>
                <w:b/>
                <w:bCs/>
              </w:rPr>
            </w:pPr>
            <w:proofErr w:type="spellStart"/>
            <w:r w:rsidRPr="0032457B">
              <w:rPr>
                <w:b/>
                <w:bCs/>
              </w:rPr>
              <w:t>Rodzaj</w:t>
            </w:r>
            <w:proofErr w:type="spellEnd"/>
            <w:r w:rsidRPr="0032457B">
              <w:rPr>
                <w:b/>
                <w:bCs/>
              </w:rPr>
              <w:t xml:space="preserve"> </w:t>
            </w:r>
            <w:proofErr w:type="spellStart"/>
            <w:r w:rsidRPr="0032457B">
              <w:rPr>
                <w:b/>
                <w:bCs/>
              </w:rPr>
              <w:t>studiów</w:t>
            </w:r>
            <w:proofErr w:type="spellEnd"/>
            <w:r w:rsidRPr="0032457B">
              <w:rPr>
                <w:b/>
                <w:bCs/>
              </w:rPr>
              <w:t xml:space="preserve"> </w:t>
            </w:r>
          </w:p>
        </w:tc>
        <w:tc>
          <w:tcPr>
            <w:tcW w:w="3644" w:type="dxa"/>
          </w:tcPr>
          <w:p w14:paraId="164AB19C" w14:textId="77777777" w:rsidR="00B03B97" w:rsidRDefault="00B03B97" w:rsidP="00B660D9">
            <w:pPr>
              <w:pStyle w:val="Tekstpodstawowy"/>
              <w:spacing w:line="360" w:lineRule="auto"/>
              <w:jc w:val="center"/>
            </w:pPr>
            <w:proofErr w:type="spellStart"/>
            <w:r>
              <w:t>stacjonarne</w:t>
            </w:r>
            <w:proofErr w:type="spellEnd"/>
            <w:r>
              <w:t xml:space="preserve"> / </w:t>
            </w:r>
            <w:proofErr w:type="spellStart"/>
            <w:r>
              <w:t>niestacjonarne</w:t>
            </w:r>
            <w:proofErr w:type="spellEnd"/>
          </w:p>
        </w:tc>
        <w:tc>
          <w:tcPr>
            <w:tcW w:w="3785" w:type="dxa"/>
          </w:tcPr>
          <w:p w14:paraId="4A8C71A2" w14:textId="77777777" w:rsidR="00B03B97" w:rsidRDefault="00B03B97" w:rsidP="00B660D9">
            <w:pPr>
              <w:pStyle w:val="Tekstpodstawowy"/>
              <w:spacing w:line="360" w:lineRule="auto"/>
              <w:jc w:val="center"/>
            </w:pPr>
            <w:proofErr w:type="spellStart"/>
            <w:r>
              <w:t>stacjonarne</w:t>
            </w:r>
            <w:proofErr w:type="spellEnd"/>
            <w:r>
              <w:t xml:space="preserve"> / </w:t>
            </w:r>
            <w:proofErr w:type="spellStart"/>
            <w:r>
              <w:t>niestacjonarne</w:t>
            </w:r>
            <w:proofErr w:type="spellEnd"/>
          </w:p>
        </w:tc>
      </w:tr>
      <w:tr w:rsidR="00B03B97" w14:paraId="5E5F4C9A" w14:textId="77777777" w:rsidTr="008E7E09">
        <w:trPr>
          <w:trHeight w:val="485"/>
        </w:trPr>
        <w:tc>
          <w:tcPr>
            <w:tcW w:w="2243" w:type="dxa"/>
          </w:tcPr>
          <w:p w14:paraId="7FA2E1A7" w14:textId="77777777" w:rsidR="00B03B97" w:rsidRPr="0032457B" w:rsidRDefault="00B03B97" w:rsidP="00B660D9">
            <w:pPr>
              <w:pStyle w:val="Tekstpodstawowy"/>
              <w:spacing w:line="360" w:lineRule="auto"/>
              <w:jc w:val="both"/>
              <w:rPr>
                <w:b/>
                <w:bCs/>
              </w:rPr>
            </w:pPr>
            <w:r w:rsidRPr="0032457B">
              <w:rPr>
                <w:b/>
                <w:bCs/>
              </w:rPr>
              <w:t xml:space="preserve">Rok / </w:t>
            </w:r>
            <w:proofErr w:type="spellStart"/>
            <w:r w:rsidRPr="0032457B">
              <w:rPr>
                <w:b/>
                <w:bCs/>
              </w:rPr>
              <w:t>semestr</w:t>
            </w:r>
            <w:proofErr w:type="spellEnd"/>
          </w:p>
        </w:tc>
        <w:tc>
          <w:tcPr>
            <w:tcW w:w="3644" w:type="dxa"/>
          </w:tcPr>
          <w:p w14:paraId="26B7BDF4" w14:textId="77777777" w:rsidR="00B03B97" w:rsidRDefault="00B03B97" w:rsidP="00B660D9">
            <w:pPr>
              <w:pStyle w:val="Tekstpodstawowy"/>
              <w:spacing w:line="360" w:lineRule="auto"/>
              <w:jc w:val="both"/>
            </w:pPr>
          </w:p>
        </w:tc>
        <w:tc>
          <w:tcPr>
            <w:tcW w:w="3785" w:type="dxa"/>
          </w:tcPr>
          <w:p w14:paraId="71FEFDE6" w14:textId="77777777" w:rsidR="00B03B97" w:rsidRDefault="00B03B97" w:rsidP="00B660D9">
            <w:pPr>
              <w:pStyle w:val="Tekstpodstawowy"/>
              <w:spacing w:line="360" w:lineRule="auto"/>
              <w:jc w:val="both"/>
            </w:pPr>
          </w:p>
        </w:tc>
      </w:tr>
      <w:tr w:rsidR="00B03B97" w:rsidRPr="00390FD7" w14:paraId="44F6AD4D" w14:textId="77777777" w:rsidTr="008E7E09">
        <w:trPr>
          <w:trHeight w:val="822"/>
        </w:trPr>
        <w:tc>
          <w:tcPr>
            <w:tcW w:w="2243" w:type="dxa"/>
          </w:tcPr>
          <w:p w14:paraId="090A8717" w14:textId="77777777" w:rsidR="00B03B97" w:rsidRPr="00054470" w:rsidRDefault="00B03B97" w:rsidP="00B660D9">
            <w:pPr>
              <w:pStyle w:val="Tekstpodstawowy"/>
              <w:spacing w:line="360" w:lineRule="auto"/>
              <w:rPr>
                <w:b/>
                <w:bCs/>
                <w:lang w:val="pl-PL"/>
              </w:rPr>
            </w:pPr>
            <w:r w:rsidRPr="00054470">
              <w:rPr>
                <w:b/>
                <w:bCs/>
                <w:lang w:val="pl-PL"/>
              </w:rPr>
              <w:t xml:space="preserve">Liczba godzin </w:t>
            </w:r>
            <w:r w:rsidRPr="00054470">
              <w:rPr>
                <w:b/>
                <w:bCs/>
                <w:lang w:val="pl-PL"/>
              </w:rPr>
              <w:br/>
            </w:r>
            <w:r w:rsidRPr="00054470">
              <w:rPr>
                <w:b/>
                <w:bCs/>
                <w:sz w:val="20"/>
                <w:szCs w:val="20"/>
                <w:vertAlign w:val="superscript"/>
                <w:lang w:val="pl-PL"/>
              </w:rPr>
              <w:t>wykład / ćwiczenia / seminarium</w:t>
            </w:r>
          </w:p>
        </w:tc>
        <w:tc>
          <w:tcPr>
            <w:tcW w:w="3644" w:type="dxa"/>
          </w:tcPr>
          <w:p w14:paraId="73ED3A58" w14:textId="77777777" w:rsidR="00B03B97" w:rsidRPr="00054470" w:rsidRDefault="00B03B97" w:rsidP="00B660D9">
            <w:pPr>
              <w:pStyle w:val="Tekstpodstawowy"/>
              <w:spacing w:line="360" w:lineRule="auto"/>
              <w:jc w:val="both"/>
              <w:rPr>
                <w:lang w:val="pl-PL"/>
              </w:rPr>
            </w:pPr>
          </w:p>
        </w:tc>
        <w:tc>
          <w:tcPr>
            <w:tcW w:w="3785" w:type="dxa"/>
          </w:tcPr>
          <w:p w14:paraId="6EE43CA0" w14:textId="77777777" w:rsidR="00B03B97" w:rsidRPr="00054470" w:rsidRDefault="00B03B97" w:rsidP="00B660D9">
            <w:pPr>
              <w:pStyle w:val="Tekstpodstawowy"/>
              <w:spacing w:line="360" w:lineRule="auto"/>
              <w:jc w:val="both"/>
              <w:rPr>
                <w:lang w:val="pl-PL"/>
              </w:rPr>
            </w:pPr>
          </w:p>
        </w:tc>
      </w:tr>
      <w:tr w:rsidR="00B03B97" w14:paraId="698B583B" w14:textId="77777777" w:rsidTr="008E7E09">
        <w:trPr>
          <w:trHeight w:val="485"/>
        </w:trPr>
        <w:tc>
          <w:tcPr>
            <w:tcW w:w="2243" w:type="dxa"/>
          </w:tcPr>
          <w:p w14:paraId="46634175" w14:textId="77777777" w:rsidR="00B03B97" w:rsidRPr="0032457B" w:rsidRDefault="00B03B97" w:rsidP="00B660D9">
            <w:pPr>
              <w:pStyle w:val="Tekstpodstawowy"/>
              <w:spacing w:line="360" w:lineRule="auto"/>
              <w:rPr>
                <w:b/>
                <w:bCs/>
              </w:rPr>
            </w:pPr>
            <w:proofErr w:type="spellStart"/>
            <w:r w:rsidRPr="0032457B">
              <w:rPr>
                <w:b/>
                <w:bCs/>
              </w:rPr>
              <w:t>Punkty</w:t>
            </w:r>
            <w:proofErr w:type="spellEnd"/>
            <w:r w:rsidRPr="0032457B">
              <w:rPr>
                <w:b/>
                <w:bCs/>
              </w:rPr>
              <w:t xml:space="preserve"> ECTS</w:t>
            </w:r>
          </w:p>
        </w:tc>
        <w:tc>
          <w:tcPr>
            <w:tcW w:w="3644" w:type="dxa"/>
          </w:tcPr>
          <w:p w14:paraId="68D30137" w14:textId="77777777" w:rsidR="00B03B97" w:rsidRDefault="00B03B97" w:rsidP="00B660D9">
            <w:pPr>
              <w:pStyle w:val="Tekstpodstawowy"/>
              <w:spacing w:line="360" w:lineRule="auto"/>
              <w:jc w:val="both"/>
            </w:pPr>
          </w:p>
        </w:tc>
        <w:tc>
          <w:tcPr>
            <w:tcW w:w="3785" w:type="dxa"/>
          </w:tcPr>
          <w:p w14:paraId="01E28169" w14:textId="77777777" w:rsidR="00B03B97" w:rsidRDefault="00B03B97" w:rsidP="00B660D9">
            <w:pPr>
              <w:pStyle w:val="Tekstpodstawowy"/>
              <w:spacing w:line="360" w:lineRule="auto"/>
              <w:jc w:val="both"/>
            </w:pPr>
          </w:p>
        </w:tc>
      </w:tr>
      <w:tr w:rsidR="00B03B97" w:rsidRPr="00390FD7" w14:paraId="64153822" w14:textId="77777777" w:rsidTr="008E7E09">
        <w:trPr>
          <w:trHeight w:val="822"/>
        </w:trPr>
        <w:tc>
          <w:tcPr>
            <w:tcW w:w="2243" w:type="dxa"/>
          </w:tcPr>
          <w:p w14:paraId="21C4CD64" w14:textId="77777777" w:rsidR="00B03B97" w:rsidRPr="00054470" w:rsidRDefault="00B03B97" w:rsidP="00B660D9">
            <w:pPr>
              <w:pStyle w:val="Tekstpodstawowy"/>
              <w:spacing w:line="360" w:lineRule="auto"/>
              <w:rPr>
                <w:b/>
                <w:bCs/>
                <w:lang w:val="pl-PL"/>
              </w:rPr>
            </w:pPr>
            <w:r w:rsidRPr="00054470">
              <w:rPr>
                <w:b/>
                <w:bCs/>
                <w:lang w:val="pl-PL"/>
              </w:rPr>
              <w:t>Ocena / zaliczenie</w:t>
            </w:r>
            <w:r w:rsidRPr="00054470">
              <w:rPr>
                <w:b/>
                <w:bCs/>
                <w:lang w:val="pl-PL"/>
              </w:rPr>
              <w:br/>
            </w:r>
            <w:r w:rsidRPr="00054470">
              <w:rPr>
                <w:b/>
                <w:bCs/>
                <w:sz w:val="20"/>
                <w:szCs w:val="20"/>
                <w:vertAlign w:val="superscript"/>
                <w:lang w:val="pl-PL"/>
              </w:rPr>
              <w:t>wykład / ćwiczenia / seminarium</w:t>
            </w:r>
          </w:p>
        </w:tc>
        <w:tc>
          <w:tcPr>
            <w:tcW w:w="3644" w:type="dxa"/>
          </w:tcPr>
          <w:p w14:paraId="16084CC6" w14:textId="77777777" w:rsidR="00B03B97" w:rsidRPr="00054470" w:rsidRDefault="00B03B97" w:rsidP="00B660D9">
            <w:pPr>
              <w:pStyle w:val="Tekstpodstawowy"/>
              <w:spacing w:line="360" w:lineRule="auto"/>
              <w:jc w:val="both"/>
              <w:rPr>
                <w:lang w:val="pl-PL"/>
              </w:rPr>
            </w:pPr>
          </w:p>
        </w:tc>
        <w:tc>
          <w:tcPr>
            <w:tcW w:w="3785" w:type="dxa"/>
            <w:tcBorders>
              <w:bottom w:val="nil"/>
              <w:right w:val="nil"/>
            </w:tcBorders>
          </w:tcPr>
          <w:p w14:paraId="5775FA6E" w14:textId="77777777" w:rsidR="00B03B97" w:rsidRPr="00054470" w:rsidRDefault="00B03B97" w:rsidP="00B660D9">
            <w:pPr>
              <w:pStyle w:val="Tekstpodstawowy"/>
              <w:spacing w:line="360" w:lineRule="auto"/>
              <w:jc w:val="both"/>
              <w:rPr>
                <w:lang w:val="pl-PL"/>
              </w:rPr>
            </w:pPr>
          </w:p>
        </w:tc>
      </w:tr>
    </w:tbl>
    <w:p w14:paraId="4E798341" w14:textId="77777777" w:rsidR="00C93E9A" w:rsidRDefault="00C93E9A" w:rsidP="00B03B97">
      <w:pPr>
        <w:pStyle w:val="Tekstpodstawowy"/>
        <w:spacing w:line="360" w:lineRule="auto"/>
        <w:ind w:firstLine="708"/>
        <w:jc w:val="both"/>
        <w:rPr>
          <w:lang w:val="pl-PL"/>
        </w:rPr>
      </w:pPr>
    </w:p>
    <w:p w14:paraId="1D1758F4" w14:textId="686A3B80" w:rsidR="00B03B97" w:rsidRDefault="00B03B97" w:rsidP="00B03B97">
      <w:pPr>
        <w:pStyle w:val="Tekstpodstawowy"/>
        <w:spacing w:line="360" w:lineRule="auto"/>
        <w:ind w:firstLine="708"/>
        <w:jc w:val="both"/>
        <w:rPr>
          <w:lang w:val="pl-PL"/>
        </w:rPr>
      </w:pPr>
      <w:r w:rsidRPr="00054470">
        <w:rPr>
          <w:lang w:val="pl-PL"/>
        </w:rPr>
        <w:t>Do podania załączam sylabus zaliczonego przedmiotu i wyciąg z dokumentacji przebiegu studiów potwierdzający ocenę/zaliczenie.</w:t>
      </w:r>
    </w:p>
    <w:p w14:paraId="23BC51FF" w14:textId="77777777" w:rsidR="00B03B97" w:rsidRPr="00054470" w:rsidRDefault="00B03B97" w:rsidP="00B03B97">
      <w:pPr>
        <w:pStyle w:val="Tekstpodstawowy"/>
        <w:spacing w:line="360" w:lineRule="auto"/>
        <w:ind w:firstLine="708"/>
        <w:jc w:val="both"/>
        <w:rPr>
          <w:lang w:val="pl-PL"/>
        </w:rPr>
      </w:pPr>
      <w:r w:rsidRPr="00054470">
        <w:rPr>
          <w:lang w:val="pl-PL"/>
        </w:rPr>
        <w:t>Proszę o pozytywne rozpatrzenie mojej prośby.</w:t>
      </w:r>
    </w:p>
    <w:p w14:paraId="4F975365" w14:textId="445911E6" w:rsidR="00B03B97" w:rsidRPr="00054470" w:rsidRDefault="00B03B97" w:rsidP="008E7E09">
      <w:pPr>
        <w:pStyle w:val="Tekstpodstawowy"/>
        <w:spacing w:line="360" w:lineRule="auto"/>
        <w:ind w:left="4956" w:firstLine="851"/>
        <w:jc w:val="both"/>
        <w:rPr>
          <w:lang w:val="pl-PL"/>
        </w:rPr>
      </w:pPr>
      <w:r w:rsidRPr="00054470">
        <w:rPr>
          <w:lang w:val="pl-PL"/>
        </w:rPr>
        <w:t xml:space="preserve">Z wyrazami szacunku </w:t>
      </w:r>
    </w:p>
    <w:p w14:paraId="7B671CEF" w14:textId="065819CE" w:rsidR="00B03B97" w:rsidRPr="00054470" w:rsidRDefault="00B03B97" w:rsidP="00B03B97">
      <w:pPr>
        <w:pStyle w:val="Tekstpodstawowy"/>
        <w:spacing w:line="360" w:lineRule="auto"/>
        <w:ind w:left="4956" w:firstLine="851"/>
        <w:jc w:val="both"/>
        <w:rPr>
          <w:lang w:val="pl-PL"/>
        </w:rPr>
      </w:pPr>
      <w:r w:rsidRPr="00054470">
        <w:rPr>
          <w:lang w:val="pl-PL"/>
        </w:rPr>
        <w:t>…………………………………..</w:t>
      </w:r>
      <w:r w:rsidRPr="00054470">
        <w:rPr>
          <w:lang w:val="pl-PL"/>
        </w:rPr>
        <w:br/>
        <w:t xml:space="preserve">             </w:t>
      </w:r>
      <w:r w:rsidR="009C1CD2">
        <w:rPr>
          <w:lang w:val="pl-PL"/>
        </w:rPr>
        <w:t xml:space="preserve">        </w:t>
      </w:r>
      <w:r w:rsidRPr="00054470">
        <w:rPr>
          <w:lang w:val="pl-PL"/>
        </w:rPr>
        <w:t xml:space="preserve">    </w:t>
      </w:r>
      <w:r w:rsidRPr="00054470">
        <w:rPr>
          <w:vertAlign w:val="superscript"/>
          <w:lang w:val="pl-PL"/>
        </w:rPr>
        <w:t>(własnoręczny podpis Studenta)</w:t>
      </w:r>
    </w:p>
    <w:p w14:paraId="3DCDF576" w14:textId="45E6EAE1" w:rsidR="00B03B97" w:rsidRPr="00054470" w:rsidRDefault="00A17D81" w:rsidP="00B03B97">
      <w:pPr>
        <w:pStyle w:val="Tekstpodstawowy"/>
        <w:spacing w:before="3"/>
        <w:rPr>
          <w:lang w:val="pl-PL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198BA1AD" wp14:editId="617505D4">
                <wp:simplePos x="0" y="0"/>
                <wp:positionH relativeFrom="page">
                  <wp:posOffset>411480</wp:posOffset>
                </wp:positionH>
                <wp:positionV relativeFrom="paragraph">
                  <wp:posOffset>2065655</wp:posOffset>
                </wp:positionV>
                <wp:extent cx="6905625" cy="1722120"/>
                <wp:effectExtent l="0" t="0" r="28575" b="1143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7221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6735D6" w14:textId="77777777" w:rsidR="00B03B97" w:rsidRPr="00054470" w:rsidRDefault="00B03B97" w:rsidP="00B03B97">
                            <w:pPr>
                              <w:pStyle w:val="Tekstpodstawowy"/>
                              <w:spacing w:before="66"/>
                              <w:ind w:left="143"/>
                              <w:rPr>
                                <w:lang w:val="pl-PL"/>
                              </w:rPr>
                            </w:pPr>
                            <w:r w:rsidRPr="00054470">
                              <w:rPr>
                                <w:lang w:val="pl-PL"/>
                              </w:rPr>
                              <w:t>Decyzja Dyrektora Filii w Ełku:</w:t>
                            </w:r>
                          </w:p>
                          <w:p w14:paraId="42894FF3" w14:textId="77777777" w:rsidR="00B03B97" w:rsidRPr="00054470" w:rsidRDefault="00B03B97" w:rsidP="00B03B97">
                            <w:pPr>
                              <w:pStyle w:val="Tekstpodstawowy"/>
                              <w:spacing w:line="480" w:lineRule="auto"/>
                              <w:ind w:left="143" w:right="2232"/>
                              <w:rPr>
                                <w:lang w:val="pl-PL"/>
                              </w:rPr>
                            </w:pPr>
                            <w:r w:rsidRPr="00054470">
                              <w:rPr>
                                <w:lang w:val="pl-PL"/>
                              </w:rPr>
                              <w:t>Zgodnie z procedurą Wewnętrznego Systemu Zapewnienia Jakości Kształcenia wyrażam zgodę* / nie wyrażam zgody*</w:t>
                            </w:r>
                          </w:p>
                          <w:p w14:paraId="28CCE4D6" w14:textId="77777777" w:rsidR="00B03B97" w:rsidRPr="00054470" w:rsidRDefault="00B03B97" w:rsidP="00B03B97">
                            <w:pPr>
                              <w:pStyle w:val="Tekstpodstawowy"/>
                              <w:ind w:left="143"/>
                              <w:rPr>
                                <w:lang w:val="pl-PL"/>
                              </w:rPr>
                            </w:pPr>
                            <w:r w:rsidRPr="00054470">
                              <w:rPr>
                                <w:lang w:val="pl-PL"/>
                              </w:rPr>
                              <w:t>*właściwe podkreślić</w:t>
                            </w:r>
                          </w:p>
                          <w:p w14:paraId="5773AB20" w14:textId="289A0A35" w:rsidR="00B03B97" w:rsidRPr="00054470" w:rsidRDefault="009C1CD2" w:rsidP="00B03B97">
                            <w:pPr>
                              <w:pStyle w:val="Tekstpodstawowy"/>
                              <w:spacing w:line="247" w:lineRule="auto"/>
                              <w:ind w:left="7080" w:right="333" w:hanging="672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 xml:space="preserve">      </w:t>
                            </w:r>
                            <w:r w:rsidR="00B03B97" w:rsidRPr="00054470">
                              <w:rPr>
                                <w:lang w:val="pl-PL"/>
                              </w:rPr>
                              <w:t xml:space="preserve">..........…………………………..……. </w:t>
                            </w:r>
                            <w:r w:rsidR="00B03B97" w:rsidRPr="00054470">
                              <w:rPr>
                                <w:lang w:val="pl-PL"/>
                              </w:rPr>
                              <w:br/>
                              <w:t xml:space="preserve">       </w:t>
                            </w:r>
                            <w:r w:rsidR="00B03B97" w:rsidRPr="00054470">
                              <w:rPr>
                                <w:vertAlign w:val="superscript"/>
                                <w:lang w:val="pl-PL"/>
                              </w:rPr>
                              <w:t>( data i podpis Dyrektora)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8BA1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.4pt;margin-top:162.65pt;width:543.75pt;height:135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" filled="f" strokeweight=".5pt">
                <v:textbox inset="0,0,0,0">
                  <w:txbxContent>
                    <w:p w14:paraId="706735D6" w14:textId="77777777" w:rsidR="00B03B97" w:rsidRPr="00054470" w:rsidRDefault="00B03B97" w:rsidP="00B03B97">
                      <w:pPr>
                        <w:pStyle w:val="Tekstpodstawowy"/>
                        <w:spacing w:before="66"/>
                        <w:ind w:left="143"/>
                        <w:rPr>
                          <w:lang w:val="pl-PL"/>
                        </w:rPr>
                      </w:pPr>
                      <w:r w:rsidRPr="00054470">
                        <w:rPr>
                          <w:lang w:val="pl-PL"/>
                        </w:rPr>
                        <w:t>Decyzja Dyrektora Filii w Ełku:</w:t>
                      </w:r>
                    </w:p>
                    <w:p w14:paraId="42894FF3" w14:textId="77777777" w:rsidR="00B03B97" w:rsidRPr="00054470" w:rsidRDefault="00B03B97" w:rsidP="00B03B97">
                      <w:pPr>
                        <w:pStyle w:val="Tekstpodstawowy"/>
                        <w:spacing w:line="480" w:lineRule="auto"/>
                        <w:ind w:left="143" w:right="2232"/>
                        <w:rPr>
                          <w:lang w:val="pl-PL"/>
                        </w:rPr>
                      </w:pPr>
                      <w:r w:rsidRPr="00054470">
                        <w:rPr>
                          <w:lang w:val="pl-PL"/>
                        </w:rPr>
                        <w:t>Zgodnie z procedurą Wewnętrznego Systemu Zapewnienia Jakości Kształcenia wyrażam zgodę* / nie wyrażam zgody*</w:t>
                      </w:r>
                    </w:p>
                    <w:p w14:paraId="28CCE4D6" w14:textId="77777777" w:rsidR="00B03B97" w:rsidRPr="00054470" w:rsidRDefault="00B03B97" w:rsidP="00B03B97">
                      <w:pPr>
                        <w:pStyle w:val="Tekstpodstawowy"/>
                        <w:ind w:left="143"/>
                        <w:rPr>
                          <w:lang w:val="pl-PL"/>
                        </w:rPr>
                      </w:pPr>
                      <w:r w:rsidRPr="00054470">
                        <w:rPr>
                          <w:lang w:val="pl-PL"/>
                        </w:rPr>
                        <w:t>*właściwe podkreślić</w:t>
                      </w:r>
                    </w:p>
                    <w:p w14:paraId="5773AB20" w14:textId="289A0A35" w:rsidR="00B03B97" w:rsidRPr="00054470" w:rsidRDefault="009C1CD2" w:rsidP="00B03B97">
                      <w:pPr>
                        <w:pStyle w:val="Tekstpodstawowy"/>
                        <w:spacing w:line="247" w:lineRule="auto"/>
                        <w:ind w:left="7080" w:right="333" w:hanging="672"/>
                        <w:rPr>
                          <w:lang w:val="pl-PL"/>
                        </w:rPr>
                      </w:pPr>
                      <w:r>
                        <w:rPr>
                          <w:lang w:val="pl-PL"/>
                        </w:rPr>
                        <w:t xml:space="preserve">      </w:t>
                      </w:r>
                      <w:r w:rsidR="00B03B97" w:rsidRPr="00054470">
                        <w:rPr>
                          <w:lang w:val="pl-PL"/>
                        </w:rPr>
                        <w:t xml:space="preserve">..........…………………………..……. </w:t>
                      </w:r>
                      <w:r w:rsidR="00B03B97" w:rsidRPr="00054470">
                        <w:rPr>
                          <w:lang w:val="pl-PL"/>
                        </w:rPr>
                        <w:br/>
                        <w:t xml:space="preserve">       </w:t>
                      </w:r>
                      <w:r w:rsidR="00B03B97" w:rsidRPr="00054470">
                        <w:rPr>
                          <w:vertAlign w:val="superscript"/>
                          <w:lang w:val="pl-PL"/>
                        </w:rPr>
                        <w:t>( data i podpis Dyrektora)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03B97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916D409" wp14:editId="4FFCB973">
                <wp:simplePos x="0" y="0"/>
                <wp:positionH relativeFrom="page">
                  <wp:posOffset>409575</wp:posOffset>
                </wp:positionH>
                <wp:positionV relativeFrom="paragraph">
                  <wp:posOffset>291465</wp:posOffset>
                </wp:positionV>
                <wp:extent cx="6905625" cy="1695450"/>
                <wp:effectExtent l="0" t="0" r="28575" b="19050"/>
                <wp:wrapTopAndBottom/>
                <wp:docPr id="1616801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6954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9100EB5" w14:textId="75E4A922" w:rsidR="00B03B97" w:rsidRPr="00054470" w:rsidRDefault="008062AF" w:rsidP="00B03B97">
                            <w:pPr>
                              <w:pStyle w:val="Tekstpodstawowy"/>
                              <w:spacing w:before="66"/>
                              <w:ind w:left="14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>O</w:t>
                            </w:r>
                            <w:r w:rsidR="00B03B97" w:rsidRPr="00054470">
                              <w:rPr>
                                <w:lang w:val="pl-PL"/>
                              </w:rPr>
                              <w:t xml:space="preserve">pinia </w:t>
                            </w:r>
                            <w:r w:rsidR="00B03B97" w:rsidRPr="00054470">
                              <w:rPr>
                                <w:lang w:val="pl-PL" w:eastAsia="pl-PL"/>
                              </w:rPr>
                              <w:t xml:space="preserve">Pełnomocnika </w:t>
                            </w:r>
                            <w:r w:rsidR="00A17D81">
                              <w:rPr>
                                <w:lang w:val="pl-PL" w:eastAsia="pl-PL"/>
                              </w:rPr>
                              <w:t>D</w:t>
                            </w:r>
                            <w:r w:rsidR="00B03B97" w:rsidRPr="00054470">
                              <w:rPr>
                                <w:lang w:val="pl-PL" w:eastAsia="pl-PL"/>
                              </w:rPr>
                              <w:t>yrektora ds. zarządzania procesem naukowo-dydaktycznym:</w:t>
                            </w:r>
                          </w:p>
                          <w:p w14:paraId="681103D4" w14:textId="2031FDE7" w:rsidR="00B03B97" w:rsidRPr="00054470" w:rsidRDefault="00B03B97" w:rsidP="00B03B97">
                            <w:pPr>
                              <w:pStyle w:val="Tekstpodstawowy"/>
                              <w:spacing w:line="480" w:lineRule="auto"/>
                              <w:ind w:left="143" w:right="2232"/>
                              <w:rPr>
                                <w:lang w:val="pl-PL"/>
                              </w:rPr>
                            </w:pPr>
                            <w:r w:rsidRPr="00054470">
                              <w:rPr>
                                <w:lang w:val="pl-PL"/>
                              </w:rPr>
                              <w:t xml:space="preserve">Zgodnie z procedurą Wewnętrznego Systemu Zapewnienia Jakości Kształcenia wyrażam </w:t>
                            </w:r>
                            <w:r w:rsidR="008062AF">
                              <w:rPr>
                                <w:lang w:val="pl-PL"/>
                              </w:rPr>
                              <w:t>pozytywną</w:t>
                            </w:r>
                            <w:r w:rsidRPr="00054470">
                              <w:rPr>
                                <w:lang w:val="pl-PL"/>
                              </w:rPr>
                              <w:t>/</w:t>
                            </w:r>
                            <w:r w:rsidR="008062AF">
                              <w:rPr>
                                <w:lang w:val="pl-PL"/>
                              </w:rPr>
                              <w:t>negatywną opinię</w:t>
                            </w:r>
                            <w:r w:rsidRPr="00054470">
                              <w:rPr>
                                <w:lang w:val="pl-PL"/>
                              </w:rPr>
                              <w:t>*</w:t>
                            </w:r>
                          </w:p>
                          <w:p w14:paraId="6FCCC031" w14:textId="77777777" w:rsidR="00B03B97" w:rsidRPr="00054470" w:rsidRDefault="00B03B97" w:rsidP="00B03B97">
                            <w:pPr>
                              <w:pStyle w:val="Tekstpodstawowy"/>
                              <w:ind w:left="143"/>
                              <w:rPr>
                                <w:lang w:val="pl-PL"/>
                              </w:rPr>
                            </w:pPr>
                            <w:r w:rsidRPr="00054470">
                              <w:rPr>
                                <w:lang w:val="pl-PL"/>
                              </w:rPr>
                              <w:t>*właściwe podkreślić</w:t>
                            </w:r>
                          </w:p>
                          <w:p w14:paraId="1CF61263" w14:textId="77777777" w:rsidR="00B03B97" w:rsidRPr="00054470" w:rsidRDefault="00B03B97" w:rsidP="00B03B97">
                            <w:pPr>
                              <w:pStyle w:val="Tekstpodstawowy"/>
                              <w:spacing w:line="247" w:lineRule="auto"/>
                              <w:ind w:left="7524" w:right="333" w:hanging="672"/>
                              <w:rPr>
                                <w:lang w:val="pl-PL"/>
                              </w:rPr>
                            </w:pPr>
                            <w:r w:rsidRPr="00054470">
                              <w:rPr>
                                <w:lang w:val="pl-PL"/>
                              </w:rPr>
                              <w:t>..........…………………………..……</w:t>
                            </w:r>
                          </w:p>
                          <w:p w14:paraId="272C19BD" w14:textId="4FC09E92" w:rsidR="00B03B97" w:rsidRPr="00054470" w:rsidRDefault="00B03B97" w:rsidP="00B03B97">
                            <w:pPr>
                              <w:pStyle w:val="Tekstpodstawowy"/>
                              <w:spacing w:line="247" w:lineRule="auto"/>
                              <w:ind w:left="7524" w:right="333" w:hanging="672"/>
                              <w:jc w:val="center"/>
                              <w:rPr>
                                <w:vertAlign w:val="superscript"/>
                                <w:lang w:val="pl-PL"/>
                              </w:rPr>
                            </w:pPr>
                            <w:r w:rsidRPr="00054470">
                              <w:rPr>
                                <w:vertAlign w:val="superscript"/>
                                <w:lang w:val="pl-PL"/>
                              </w:rPr>
                              <w:t>( data i podpis Pełnomocnika Dyrektora</w:t>
                            </w:r>
                            <w:r w:rsidR="00A17D81">
                              <w:rPr>
                                <w:vertAlign w:val="superscript"/>
                                <w:lang w:val="pl-PL"/>
                              </w:rPr>
                              <w:t>)</w:t>
                            </w:r>
                          </w:p>
                          <w:p w14:paraId="61E41CDC" w14:textId="77777777" w:rsidR="00B03B97" w:rsidRPr="00054470" w:rsidRDefault="00B03B97" w:rsidP="00B03B97">
                            <w:pPr>
                              <w:pStyle w:val="Tekstpodstawowy"/>
                              <w:spacing w:line="247" w:lineRule="auto"/>
                              <w:ind w:left="7524" w:right="333" w:hanging="672"/>
                              <w:jc w:val="center"/>
                              <w:rPr>
                                <w:vertAlign w:val="superscript"/>
                                <w:lang w:val="pl-PL"/>
                              </w:rPr>
                            </w:pPr>
                            <w:r w:rsidRPr="00054470">
                              <w:rPr>
                                <w:vertAlign w:val="superscript"/>
                                <w:lang w:val="pl-PL" w:eastAsia="pl-PL"/>
                              </w:rPr>
                              <w:t>ds. zarządzania procesem naukowo-dydaktycznym</w:t>
                            </w:r>
                            <w:r w:rsidRPr="00054470">
                              <w:rPr>
                                <w:vertAlign w:val="superscript"/>
                                <w:lang w:val="pl-PL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6D409" id="_x0000_s1027" type="#_x0000_t202" style="position:absolute;margin-left:32.25pt;margin-top:22.95pt;width:543.75pt;height:133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" filled="f" strokeweight=".5pt">
                <v:textbox inset="0,0,0,0">
                  <w:txbxContent>
                    <w:p w14:paraId="29100EB5" w14:textId="75E4A922" w:rsidR="00B03B97" w:rsidRPr="00054470" w:rsidRDefault="008062AF" w:rsidP="00B03B97">
                      <w:pPr>
                        <w:pStyle w:val="Tekstpodstawowy"/>
                        <w:spacing w:before="66"/>
                        <w:ind w:left="143"/>
                        <w:rPr>
                          <w:lang w:val="pl-PL"/>
                        </w:rPr>
                      </w:pPr>
                      <w:r>
                        <w:rPr>
                          <w:lang w:val="pl-PL"/>
                        </w:rPr>
                        <w:t>O</w:t>
                      </w:r>
                      <w:r w:rsidR="00B03B97" w:rsidRPr="00054470">
                        <w:rPr>
                          <w:lang w:val="pl-PL"/>
                        </w:rPr>
                        <w:t xml:space="preserve">pinia </w:t>
                      </w:r>
                      <w:r w:rsidR="00B03B97" w:rsidRPr="00054470">
                        <w:rPr>
                          <w:lang w:val="pl-PL" w:eastAsia="pl-PL"/>
                        </w:rPr>
                        <w:t xml:space="preserve">Pełnomocnika </w:t>
                      </w:r>
                      <w:r w:rsidR="00A17D81">
                        <w:rPr>
                          <w:lang w:val="pl-PL" w:eastAsia="pl-PL"/>
                        </w:rPr>
                        <w:t>D</w:t>
                      </w:r>
                      <w:r w:rsidR="00B03B97" w:rsidRPr="00054470">
                        <w:rPr>
                          <w:lang w:val="pl-PL" w:eastAsia="pl-PL"/>
                        </w:rPr>
                        <w:t>yrektora ds. zarządzania procesem naukowo-dydaktycznym:</w:t>
                      </w:r>
                    </w:p>
                    <w:p w14:paraId="681103D4" w14:textId="2031FDE7" w:rsidR="00B03B97" w:rsidRPr="00054470" w:rsidRDefault="00B03B97" w:rsidP="00B03B97">
                      <w:pPr>
                        <w:pStyle w:val="Tekstpodstawowy"/>
                        <w:spacing w:line="480" w:lineRule="auto"/>
                        <w:ind w:left="143" w:right="2232"/>
                        <w:rPr>
                          <w:lang w:val="pl-PL"/>
                        </w:rPr>
                      </w:pPr>
                      <w:r w:rsidRPr="00054470">
                        <w:rPr>
                          <w:lang w:val="pl-PL"/>
                        </w:rPr>
                        <w:t xml:space="preserve">Zgodnie z procedurą Wewnętrznego Systemu Zapewnienia Jakości Kształcenia wyrażam </w:t>
                      </w:r>
                      <w:r w:rsidR="008062AF">
                        <w:rPr>
                          <w:lang w:val="pl-PL"/>
                        </w:rPr>
                        <w:t>pozytywną</w:t>
                      </w:r>
                      <w:r w:rsidRPr="00054470">
                        <w:rPr>
                          <w:lang w:val="pl-PL"/>
                        </w:rPr>
                        <w:t>/</w:t>
                      </w:r>
                      <w:r w:rsidR="008062AF">
                        <w:rPr>
                          <w:lang w:val="pl-PL"/>
                        </w:rPr>
                        <w:t>negatywną opinię</w:t>
                      </w:r>
                      <w:r w:rsidRPr="00054470">
                        <w:rPr>
                          <w:lang w:val="pl-PL"/>
                        </w:rPr>
                        <w:t>*</w:t>
                      </w:r>
                    </w:p>
                    <w:p w14:paraId="6FCCC031" w14:textId="77777777" w:rsidR="00B03B97" w:rsidRPr="00054470" w:rsidRDefault="00B03B97" w:rsidP="00B03B97">
                      <w:pPr>
                        <w:pStyle w:val="Tekstpodstawowy"/>
                        <w:ind w:left="143"/>
                        <w:rPr>
                          <w:lang w:val="pl-PL"/>
                        </w:rPr>
                      </w:pPr>
                      <w:r w:rsidRPr="00054470">
                        <w:rPr>
                          <w:lang w:val="pl-PL"/>
                        </w:rPr>
                        <w:t>*właściwe podkreślić</w:t>
                      </w:r>
                    </w:p>
                    <w:p w14:paraId="1CF61263" w14:textId="77777777" w:rsidR="00B03B97" w:rsidRPr="00054470" w:rsidRDefault="00B03B97" w:rsidP="00B03B97">
                      <w:pPr>
                        <w:pStyle w:val="Tekstpodstawowy"/>
                        <w:spacing w:line="247" w:lineRule="auto"/>
                        <w:ind w:left="7524" w:right="333" w:hanging="672"/>
                        <w:rPr>
                          <w:lang w:val="pl-PL"/>
                        </w:rPr>
                      </w:pPr>
                      <w:r w:rsidRPr="00054470">
                        <w:rPr>
                          <w:lang w:val="pl-PL"/>
                        </w:rPr>
                        <w:t>..........…………………………..……</w:t>
                      </w:r>
                    </w:p>
                    <w:p w14:paraId="272C19BD" w14:textId="4FC09E92" w:rsidR="00B03B97" w:rsidRPr="00054470" w:rsidRDefault="00B03B97" w:rsidP="00B03B97">
                      <w:pPr>
                        <w:pStyle w:val="Tekstpodstawowy"/>
                        <w:spacing w:line="247" w:lineRule="auto"/>
                        <w:ind w:left="7524" w:right="333" w:hanging="672"/>
                        <w:jc w:val="center"/>
                        <w:rPr>
                          <w:vertAlign w:val="superscript"/>
                          <w:lang w:val="pl-PL"/>
                        </w:rPr>
                      </w:pPr>
                      <w:r w:rsidRPr="00054470">
                        <w:rPr>
                          <w:vertAlign w:val="superscript"/>
                          <w:lang w:val="pl-PL"/>
                        </w:rPr>
                        <w:t>( data i podpis Pełnomocnika Dyrektora</w:t>
                      </w:r>
                      <w:r w:rsidR="00A17D81">
                        <w:rPr>
                          <w:vertAlign w:val="superscript"/>
                          <w:lang w:val="pl-PL"/>
                        </w:rPr>
                        <w:t>)</w:t>
                      </w:r>
                    </w:p>
                    <w:p w14:paraId="61E41CDC" w14:textId="77777777" w:rsidR="00B03B97" w:rsidRPr="00054470" w:rsidRDefault="00B03B97" w:rsidP="00B03B97">
                      <w:pPr>
                        <w:pStyle w:val="Tekstpodstawowy"/>
                        <w:spacing w:line="247" w:lineRule="auto"/>
                        <w:ind w:left="7524" w:right="333" w:hanging="672"/>
                        <w:jc w:val="center"/>
                        <w:rPr>
                          <w:vertAlign w:val="superscript"/>
                          <w:lang w:val="pl-PL"/>
                        </w:rPr>
                      </w:pPr>
                      <w:r w:rsidRPr="00054470">
                        <w:rPr>
                          <w:vertAlign w:val="superscript"/>
                          <w:lang w:val="pl-PL" w:eastAsia="pl-PL"/>
                        </w:rPr>
                        <w:t>ds. zarządzania procesem naukowo-dydaktycznym</w:t>
                      </w:r>
                      <w:r w:rsidRPr="00054470">
                        <w:rPr>
                          <w:vertAlign w:val="superscript"/>
                          <w:lang w:val="pl-PL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4E746E" w14:textId="77777777" w:rsidR="00B03B97" w:rsidRPr="00054470" w:rsidRDefault="00B03B97" w:rsidP="00B03B97">
      <w:pPr>
        <w:jc w:val="center"/>
        <w:rPr>
          <w:rFonts w:cs="Times New Roman"/>
          <w:lang w:val="pl-PL"/>
        </w:rPr>
      </w:pPr>
    </w:p>
    <w:p w14:paraId="59D55B27" w14:textId="77777777" w:rsidR="00B03B97" w:rsidRPr="00054470" w:rsidRDefault="00B03B97" w:rsidP="00B03B97">
      <w:pPr>
        <w:jc w:val="both"/>
        <w:rPr>
          <w:rFonts w:cs="Times New Roman"/>
          <w:lang w:val="pl-PL"/>
        </w:rPr>
      </w:pPr>
    </w:p>
    <w:p w14:paraId="4BB77939" w14:textId="77777777" w:rsidR="00D95312" w:rsidRPr="00D95312" w:rsidRDefault="00D95312" w:rsidP="00D95312">
      <w:pPr>
        <w:spacing w:line="240" w:lineRule="auto"/>
        <w:jc w:val="both"/>
        <w:rPr>
          <w:sz w:val="24"/>
          <w:szCs w:val="24"/>
          <w:lang w:val="pl-PL"/>
        </w:rPr>
      </w:pPr>
    </w:p>
    <w:sectPr w:rsidR="00D95312" w:rsidRPr="00D95312" w:rsidSect="00B03B97">
      <w:pgSz w:w="12240" w:h="15840"/>
      <w:pgMar w:top="851" w:right="1417" w:bottom="426" w:left="147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1A475" w14:textId="77777777" w:rsidR="005653E0" w:rsidRDefault="005653E0" w:rsidP="00B03B97">
      <w:pPr>
        <w:spacing w:after="0" w:line="240" w:lineRule="auto"/>
      </w:pPr>
      <w:r>
        <w:separator/>
      </w:r>
    </w:p>
  </w:endnote>
  <w:endnote w:type="continuationSeparator" w:id="0">
    <w:p w14:paraId="663748E1" w14:textId="77777777" w:rsidR="005653E0" w:rsidRDefault="005653E0" w:rsidP="00B03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C2139" w14:textId="77777777" w:rsidR="005653E0" w:rsidRDefault="005653E0" w:rsidP="00B03B97">
      <w:pPr>
        <w:spacing w:after="0" w:line="240" w:lineRule="auto"/>
      </w:pPr>
      <w:r>
        <w:separator/>
      </w:r>
    </w:p>
  </w:footnote>
  <w:footnote w:type="continuationSeparator" w:id="0">
    <w:p w14:paraId="6BB3DBD6" w14:textId="77777777" w:rsidR="005653E0" w:rsidRDefault="005653E0" w:rsidP="00B03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DD9161C"/>
    <w:multiLevelType w:val="hybridMultilevel"/>
    <w:tmpl w:val="5AE67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0718D"/>
    <w:multiLevelType w:val="hybridMultilevel"/>
    <w:tmpl w:val="C36A68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A6924"/>
    <w:multiLevelType w:val="hybridMultilevel"/>
    <w:tmpl w:val="C9124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4320C"/>
    <w:multiLevelType w:val="hybridMultilevel"/>
    <w:tmpl w:val="2B7470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95266643">
    <w:abstractNumId w:val="8"/>
  </w:num>
  <w:num w:numId="2" w16cid:durableId="2094469337">
    <w:abstractNumId w:val="6"/>
  </w:num>
  <w:num w:numId="3" w16cid:durableId="1918396566">
    <w:abstractNumId w:val="5"/>
  </w:num>
  <w:num w:numId="4" w16cid:durableId="2089376299">
    <w:abstractNumId w:val="4"/>
  </w:num>
  <w:num w:numId="5" w16cid:durableId="1273976579">
    <w:abstractNumId w:val="7"/>
  </w:num>
  <w:num w:numId="6" w16cid:durableId="1802530723">
    <w:abstractNumId w:val="3"/>
  </w:num>
  <w:num w:numId="7" w16cid:durableId="2111314825">
    <w:abstractNumId w:val="2"/>
  </w:num>
  <w:num w:numId="8" w16cid:durableId="1360162240">
    <w:abstractNumId w:val="1"/>
  </w:num>
  <w:num w:numId="9" w16cid:durableId="794325073">
    <w:abstractNumId w:val="0"/>
  </w:num>
  <w:num w:numId="10" w16cid:durableId="2081443485">
    <w:abstractNumId w:val="9"/>
  </w:num>
  <w:num w:numId="11" w16cid:durableId="183709102">
    <w:abstractNumId w:val="12"/>
  </w:num>
  <w:num w:numId="12" w16cid:durableId="686442194">
    <w:abstractNumId w:val="11"/>
  </w:num>
  <w:num w:numId="13" w16cid:durableId="16340219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4470"/>
    <w:rsid w:val="0006063C"/>
    <w:rsid w:val="00103EA9"/>
    <w:rsid w:val="0015074B"/>
    <w:rsid w:val="0029639D"/>
    <w:rsid w:val="00300371"/>
    <w:rsid w:val="00326F90"/>
    <w:rsid w:val="00390FD7"/>
    <w:rsid w:val="0042551B"/>
    <w:rsid w:val="005653E0"/>
    <w:rsid w:val="006B7548"/>
    <w:rsid w:val="008062AF"/>
    <w:rsid w:val="008100A3"/>
    <w:rsid w:val="008309FD"/>
    <w:rsid w:val="008D56DA"/>
    <w:rsid w:val="008E7E09"/>
    <w:rsid w:val="009C1CD2"/>
    <w:rsid w:val="00A17D81"/>
    <w:rsid w:val="00AA1D8D"/>
    <w:rsid w:val="00AA5A0E"/>
    <w:rsid w:val="00B03B97"/>
    <w:rsid w:val="00B20A52"/>
    <w:rsid w:val="00B47730"/>
    <w:rsid w:val="00B7252C"/>
    <w:rsid w:val="00C571D3"/>
    <w:rsid w:val="00C93E9A"/>
    <w:rsid w:val="00CA298D"/>
    <w:rsid w:val="00CB0664"/>
    <w:rsid w:val="00CF5225"/>
    <w:rsid w:val="00D44BE6"/>
    <w:rsid w:val="00D7305F"/>
    <w:rsid w:val="00D95312"/>
    <w:rsid w:val="00DF179B"/>
    <w:rsid w:val="00E0662C"/>
    <w:rsid w:val="00E467A3"/>
    <w:rsid w:val="00EB6F1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C7E816"/>
  <w14:defaultImageDpi w14:val="300"/>
  <w15:docId w15:val="{D1416C36-7269-4E59-AF21-99C7C9FC2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40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3B97"/>
    <w:pPr>
      <w:spacing w:after="0" w:line="240" w:lineRule="auto"/>
    </w:pPr>
    <w:rPr>
      <w:rFonts w:asciiTheme="minorHAnsi" w:eastAsiaTheme="minorHAnsi" w:hAnsiTheme="minorHAnsi"/>
      <w:kern w:val="2"/>
      <w:sz w:val="20"/>
      <w:szCs w:val="20"/>
      <w:lang w:val="pl-PL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3B97"/>
    <w:rPr>
      <w:rFonts w:eastAsiaTheme="minorHAnsi"/>
      <w:kern w:val="2"/>
      <w:sz w:val="20"/>
      <w:szCs w:val="20"/>
      <w:lang w:val="pl-PL"/>
      <w14:ligatures w14:val="standardContextu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3B97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8D56D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896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>generated by python-docx</dc:description>
  <cp:lastModifiedBy>Weronika Dąbrowska</cp:lastModifiedBy>
  <cp:revision>2</cp:revision>
  <dcterms:created xsi:type="dcterms:W3CDTF">2026-11-05T09:00:00Z</dcterms:created>
  <dcterms:modified xsi:type="dcterms:W3CDTF">2026-11-05T09:00:00Z</dcterms:modified>
  <cp:category/>
</cp:coreProperties>
</file>